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8449E5" w14:textId="77777777" w:rsidR="00C83CD6" w:rsidRDefault="00000000">
      <w:r>
        <w:rPr>
          <w:b/>
          <w:sz w:val="32"/>
        </w:rPr>
        <w:t>Bryce Beeton</w:t>
      </w:r>
    </w:p>
    <w:p w14:paraId="3F1383C0" w14:textId="77777777" w:rsidR="00C83CD6" w:rsidRDefault="00000000">
      <w:r>
        <w:t>Provo, Utah</w:t>
      </w:r>
    </w:p>
    <w:p w14:paraId="6AB22102" w14:textId="6ACAD740" w:rsidR="00C83CD6" w:rsidRDefault="00000000">
      <w:r>
        <w:t>Email</w:t>
      </w:r>
      <w:r w:rsidR="0060090E">
        <w:t>: brycebeeton1@gmail.com</w:t>
      </w:r>
      <w:r>
        <w:t xml:space="preserve"> | Phone</w:t>
      </w:r>
      <w:r w:rsidR="0060090E">
        <w:t xml:space="preserve"> 458-272-7321</w:t>
      </w:r>
    </w:p>
    <w:p w14:paraId="4EA935C6" w14:textId="77777777" w:rsidR="00C83CD6" w:rsidRDefault="00000000">
      <w:r>
        <w:rPr>
          <w:b/>
          <w:sz w:val="24"/>
        </w:rPr>
        <w:t>Education</w:t>
      </w:r>
    </w:p>
    <w:p w14:paraId="4C80C3EC" w14:textId="77777777" w:rsidR="00C83CD6" w:rsidRDefault="00000000">
      <w:r>
        <w:t>Brigham Young University, Provo, Utah</w:t>
      </w:r>
    </w:p>
    <w:p w14:paraId="02E90A28" w14:textId="77777777" w:rsidR="00C83CD6" w:rsidRDefault="00000000">
      <w:r>
        <w:t>Bachelor of Science in Psychology, Minor in Statistics</w:t>
      </w:r>
    </w:p>
    <w:p w14:paraId="413756B4" w14:textId="77777777" w:rsidR="00C83CD6" w:rsidRDefault="00000000">
      <w:r>
        <w:t>January 2023 – Expected April 2027</w:t>
      </w:r>
    </w:p>
    <w:p w14:paraId="03061DC0" w14:textId="77777777" w:rsidR="00C83CD6" w:rsidRDefault="00000000">
      <w:r>
        <w:t>Overall GPA: 3.99</w:t>
      </w:r>
    </w:p>
    <w:p w14:paraId="1CAFF783" w14:textId="77777777" w:rsidR="00C83CD6" w:rsidRDefault="00000000">
      <w:r>
        <w:t>Major GPA: 4.00</w:t>
      </w:r>
    </w:p>
    <w:p w14:paraId="25B72F3D" w14:textId="77777777" w:rsidR="00C83CD6" w:rsidRDefault="00000000">
      <w:r>
        <w:rPr>
          <w:b/>
          <w:sz w:val="24"/>
        </w:rPr>
        <w:t>Research Experience</w:t>
      </w:r>
    </w:p>
    <w:p w14:paraId="7F9C0F0C" w14:textId="77777777" w:rsidR="00C83CD6" w:rsidRDefault="00000000">
      <w:r>
        <w:t>Research Assistant, Personality Lab | Mentor: Rebekka Weidmann, Ph.D. | July 2025 – Present</w:t>
      </w:r>
    </w:p>
    <w:p w14:paraId="20FA4209" w14:textId="77777777" w:rsidR="00C83CD6" w:rsidRDefault="00000000">
      <w:r>
        <w:t>- Conduct survey administration and participant data collection using Qualtrics</w:t>
      </w:r>
    </w:p>
    <w:p w14:paraId="3BC424B8" w14:textId="77777777" w:rsidR="00C83CD6" w:rsidRDefault="00000000">
      <w:r>
        <w:t>- Perform data cleaning, preprocessing, and statistical preparation in R</w:t>
      </w:r>
    </w:p>
    <w:p w14:paraId="6EC16B53" w14:textId="77777777" w:rsidR="00C83CD6" w:rsidRDefault="00000000">
      <w:r>
        <w:t>- Coordinate group research meetings and remote collaboration through Zoom</w:t>
      </w:r>
    </w:p>
    <w:p w14:paraId="0D3F501B" w14:textId="77777777" w:rsidR="00C83CD6" w:rsidRDefault="00C83CD6"/>
    <w:p w14:paraId="50F0E683" w14:textId="77777777" w:rsidR="00C83CD6" w:rsidRDefault="00000000">
      <w:r>
        <w:t>Research Assistant, Consortium of Sleep Psychology | Mentor: Daniel B. Kay, Ph.D. | August 2025 – Present</w:t>
      </w:r>
    </w:p>
    <w:p w14:paraId="44C80D1A" w14:textId="77777777" w:rsidR="00C83CD6" w:rsidRDefault="00000000">
      <w:r>
        <w:t>- Lead the polysomnography scoring team</w:t>
      </w:r>
    </w:p>
    <w:p w14:paraId="49AB6C4C" w14:textId="77777777" w:rsidR="00C83CD6" w:rsidRDefault="00000000">
      <w:r>
        <w:t>- Supervise Qualtrics data cleaning workflows</w:t>
      </w:r>
    </w:p>
    <w:p w14:paraId="50666EE2" w14:textId="77777777" w:rsidR="00C83CD6" w:rsidRDefault="00000000">
      <w:r>
        <w:t>- Lead EEG and fMRI data processing teams</w:t>
      </w:r>
    </w:p>
    <w:p w14:paraId="04B8B4B0" w14:textId="77777777" w:rsidR="00C83CD6" w:rsidRDefault="00000000">
      <w:r>
        <w:t>- Process data using Curry and BrainVision Analyzer</w:t>
      </w:r>
    </w:p>
    <w:p w14:paraId="3CF87C95" w14:textId="77777777" w:rsidR="00C83CD6" w:rsidRDefault="00000000">
      <w:r>
        <w:rPr>
          <w:b/>
          <w:sz w:val="24"/>
        </w:rPr>
        <w:t>Conference Presentations</w:t>
      </w:r>
    </w:p>
    <w:p w14:paraId="23D04642" w14:textId="77777777" w:rsidR="00C83CD6" w:rsidRDefault="00000000">
      <w:r>
        <w:t>Poster Presentations, Fulton Conference</w:t>
      </w:r>
    </w:p>
    <w:p w14:paraId="08241B8F" w14:textId="77777777" w:rsidR="00C83CD6" w:rsidRDefault="00000000">
      <w:r>
        <w:t>- It's All About the Laundry</w:t>
      </w:r>
    </w:p>
    <w:p w14:paraId="6C41FEA9" w14:textId="77777777" w:rsidR="00C83CD6" w:rsidRDefault="00000000">
      <w:r>
        <w:t>- Putting a Price on Sleep</w:t>
      </w:r>
    </w:p>
    <w:p w14:paraId="3AD37EB3" w14:textId="77777777" w:rsidR="00C83CD6" w:rsidRDefault="00000000">
      <w:r>
        <w:rPr>
          <w:b/>
          <w:sz w:val="24"/>
        </w:rPr>
        <w:t>Clinical / Service Experience</w:t>
      </w:r>
    </w:p>
    <w:p w14:paraId="5EB062AE" w14:textId="77777777" w:rsidR="00C83CD6" w:rsidRDefault="00000000">
      <w:r>
        <w:lastRenderedPageBreak/>
        <w:t>Crisis Counselor, Crisis Text Line | January 2026 – Present</w:t>
      </w:r>
    </w:p>
    <w:p w14:paraId="2FC69C42" w14:textId="77777777" w:rsidR="00C83CD6" w:rsidRDefault="00000000">
      <w:r>
        <w:t>- Provide crisis intervention and emotional support via text-based counseling</w:t>
      </w:r>
    </w:p>
    <w:p w14:paraId="71654ACB" w14:textId="77777777" w:rsidR="00C83CD6" w:rsidRDefault="00000000">
      <w:r>
        <w:rPr>
          <w:b/>
          <w:sz w:val="24"/>
        </w:rPr>
        <w:t>Humanitarian Experience</w:t>
      </w:r>
    </w:p>
    <w:p w14:paraId="55F33E23" w14:textId="77777777" w:rsidR="00C83CD6" w:rsidRDefault="00000000">
      <w:r>
        <w:t>- Assisted Ukrainian and African refugee populations in locating housing</w:t>
      </w:r>
    </w:p>
    <w:p w14:paraId="6FA3B03C" w14:textId="77777777" w:rsidR="00C83CD6" w:rsidRDefault="00000000">
      <w:r>
        <w:t>- Taught language courses and supported integration</w:t>
      </w:r>
    </w:p>
    <w:p w14:paraId="75ACE0BC" w14:textId="77777777" w:rsidR="00C83CD6" w:rsidRDefault="00000000">
      <w:r>
        <w:t>- Fluent in German</w:t>
      </w:r>
    </w:p>
    <w:p w14:paraId="04367E91" w14:textId="77777777" w:rsidR="00C83CD6" w:rsidRDefault="00000000">
      <w:r>
        <w:rPr>
          <w:b/>
          <w:sz w:val="24"/>
        </w:rPr>
        <w:t>Professional Experience</w:t>
      </w:r>
    </w:p>
    <w:p w14:paraId="39A2344D" w14:textId="77777777" w:rsidR="00C83CD6" w:rsidRDefault="00000000">
      <w:r>
        <w:t>Solar Sales Consultant | 3 years</w:t>
      </w:r>
    </w:p>
    <w:p w14:paraId="1EBD4D95" w14:textId="77777777" w:rsidR="00C83CD6" w:rsidRDefault="00000000">
      <w:r>
        <w:t>- Generated $1,000,000+ in revenue</w:t>
      </w:r>
    </w:p>
    <w:p w14:paraId="5F561E46" w14:textId="77777777" w:rsidR="00C83CD6" w:rsidRDefault="00000000">
      <w:r>
        <w:rPr>
          <w:b/>
          <w:sz w:val="24"/>
        </w:rPr>
        <w:t>Technical Skills</w:t>
      </w:r>
    </w:p>
    <w:p w14:paraId="05D458C5" w14:textId="77777777" w:rsidR="00C83CD6" w:rsidRDefault="00000000">
      <w:r>
        <w:t>R, Python, Qualtrics, PSG scoring, EEG, fMRI, Curry, BrainVision Analyzer</w:t>
      </w:r>
    </w:p>
    <w:sectPr w:rsidR="00C83CD6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703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662396048">
    <w:abstractNumId w:val="8"/>
  </w:num>
  <w:num w:numId="2" w16cid:durableId="897203402">
    <w:abstractNumId w:val="6"/>
  </w:num>
  <w:num w:numId="3" w16cid:durableId="1726218829">
    <w:abstractNumId w:val="5"/>
  </w:num>
  <w:num w:numId="4" w16cid:durableId="162549396">
    <w:abstractNumId w:val="4"/>
  </w:num>
  <w:num w:numId="5" w16cid:durableId="1357460858">
    <w:abstractNumId w:val="7"/>
  </w:num>
  <w:num w:numId="6" w16cid:durableId="1944998858">
    <w:abstractNumId w:val="3"/>
  </w:num>
  <w:num w:numId="7" w16cid:durableId="1649550534">
    <w:abstractNumId w:val="2"/>
  </w:num>
  <w:num w:numId="8" w16cid:durableId="1782454482">
    <w:abstractNumId w:val="1"/>
  </w:num>
  <w:num w:numId="9" w16cid:durableId="16314737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1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15074B"/>
    <w:rsid w:val="0029639D"/>
    <w:rsid w:val="00326F90"/>
    <w:rsid w:val="0060090E"/>
    <w:rsid w:val="00757A04"/>
    <w:rsid w:val="00854DB2"/>
    <w:rsid w:val="00AA1D8D"/>
    <w:rsid w:val="00B47730"/>
    <w:rsid w:val="00C83CD6"/>
    <w:rsid w:val="00CB0664"/>
    <w:rsid w:val="00E56615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AF5D774"/>
  <w14:defaultImageDpi w14:val="300"/>
  <w15:docId w15:val="{BFE4FC63-2F2D-F14F-844C-6BCEB4E190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  <w:rPr>
      <w:rFonts w:ascii="Times New Roman" w:hAnsi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226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1512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Bryce Beeton</cp:lastModifiedBy>
  <cp:revision>2</cp:revision>
  <dcterms:created xsi:type="dcterms:W3CDTF">2026-04-17T21:07:00Z</dcterms:created>
  <dcterms:modified xsi:type="dcterms:W3CDTF">2026-04-17T21:07:00Z</dcterms:modified>
  <cp:category/>
</cp:coreProperties>
</file>